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right"/>
      </w:pPr>
      <w:r>
        <w:rPr>
          <w:rFonts w:ascii="Arial" w:hAnsi="Arial" w:cs="Arial"/>
          <w:b w:val="0"/>
          <w:i/>
          <w:color w:val="5A616B"/>
          <w:sz w:val="17"/>
        </w:rPr>
        <w:t>Приложение № 1</w:t>
      </w:r>
    </w:p>
    <w:p>
      <w:pPr>
        <w:spacing w:before="0" w:after="60"/>
        <w:jc w:val="center"/>
      </w:pPr>
      <w:r>
        <w:drawing>
          <wp:inline xmlns:a="http://schemas.openxmlformats.org/drawingml/2006/main" xmlns:pic="http://schemas.openxmlformats.org/drawingml/2006/picture">
            <wp:extent cx="1565999" cy="146532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season1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65999" cy="14653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Arial" w:hAnsi="Arial" w:cs="Arial"/>
          <w:b/>
          <w:i w:val="0"/>
          <w:color w:val="23272E"/>
          <w:sz w:val="22"/>
          <w:spacing w:val="40"/>
        </w:rPr>
        <w:t>РЕГИОНАЛЬНАЯ ХОККЕЙНАЯ ЛИГА</w:t>
      </w:r>
    </w:p>
    <w:p>
      <w:pPr>
        <w:spacing w:after="120"/>
        <w:jc w:val="center"/>
      </w:pPr>
      <w:r>
        <w:rPr>
          <w:rFonts w:ascii="Arial" w:hAnsi="Arial" w:cs="Arial"/>
          <w:b/>
          <w:i w:val="0"/>
          <w:color w:val="5A616B"/>
          <w:sz w:val="17"/>
          <w:spacing w:val="30"/>
        </w:rPr>
        <w:t>Н И Ж Н И Й   Н О В Г О Р О Д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10772"/>
      </w:tblGrid>
      <w:tr>
        <w:tc>
          <w:tcPr>
            <w:tcW w:type="dxa" w:w="10772"/>
            <w:shd w:val="clear" w:color="auto" w:fill="23272E"/>
            <w:vAlign w:val="center"/>
            <w:tcMar>
              <w:top w:w="90" w:type="dxa"/>
              <w:bottom w:w="90" w:type="dxa"/>
              <w:start w:w="80" w:type="dxa"/>
              <w:end w:w="80" w:type="dxa"/>
              <w:left w:w="80" w:type="dxa"/>
              <w:right w:w="80" w:type="dxa"/>
            </w:tcMar>
            <w:tcBorders>
              <w:top w:val="single" w:sz="26" w:color="C8102E"/>
              <w:bottom w:val="single" w:sz="26" w:color="C8102E"/>
            </w:tcBorders>
          </w:tcPr>
          <w:p>
            <w:pPr>
              <w:spacing w:after="20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44"/>
                <w:spacing w:val="50"/>
              </w:rPr>
              <w:t>ЗАЯВОЧНЫЙ ЛИСТ</w:t>
            </w:r>
          </w:p>
          <w:p>
            <w:pPr>
              <w:spacing w:before="0" w:after="0"/>
              <w:jc w:val="center"/>
            </w:pPr>
            <w:r>
              <w:rPr>
                <w:rFonts w:ascii="Arial" w:hAnsi="Arial" w:cs="Arial"/>
                <w:b/>
                <w:i w:val="0"/>
                <w:color w:val="E7E9EC"/>
                <w:sz w:val="23"/>
                <w:spacing w:val="30"/>
              </w:rPr>
              <w:t>СЕЗОН 2026 – 2027 гг.</w:t>
            </w:r>
          </w:p>
        </w:tc>
      </w:tr>
    </w:tbl>
    <w:p>
      <w:pPr>
        <w:spacing w:before="0" w:after="0"/>
      </w:pPr>
      <w:r>
        <w:rPr>
          <w:rFonts w:ascii="Arial" w:hAnsi="Arial" w:cs="Arial"/>
          <w:b w:val="0"/>
          <w:i w:val="0"/>
          <w:color w:val="1A1D22"/>
          <w:sz w:val="10"/>
        </w:rPr>
      </w:r>
    </w:p>
    <w:tbl>
      <w:tblPr>
        <w:tblW w:type="auto" w:w="0"/>
        <w:tblLook w:firstColumn="1" w:firstRow="1" w:lastColumn="0" w:lastRow="0" w:noHBand="0" w:noVBand="1" w:val="04A0"/>
        <w:tblLayout w:type="fixed"/>
      </w:tblPr>
      <w:tblGrid>
        <w:gridCol w:w="10772"/>
      </w:tblGrid>
      <w:tr>
        <w:tc>
          <w:tcPr>
            <w:tcW w:type="dxa" w:w="10772"/>
            <w:shd w:val="clear" w:color="auto" w:fill="23272E"/>
            <w:vAlign w:val="center"/>
            <w:tcMar>
              <w:top w:w="45" w:type="dxa"/>
              <w:bottom w:w="45" w:type="dxa"/>
              <w:start w:w="150" w:type="dxa"/>
              <w:end w:w="80" w:type="dxa"/>
              <w:left w:w="150" w:type="dxa"/>
              <w:right w:w="80" w:type="dxa"/>
            </w:tcMar>
            <w:tcBorders>
              <w:left w:val="single" w:sz="40" w:color="C8102E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23"/>
                <w:caps w:val="1"/>
                <w:spacing w:val="20"/>
              </w:rPr>
              <w:t>Информация о команде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Layout w:type="fixed"/>
        <w:tblBorders>
          <w:top w:val="single" w:sz="4" w:space="0" w:color="BFC5CC"/>
          <w:left w:val="single" w:sz="4" w:space="0" w:color="BFC5CC"/>
          <w:bottom w:val="single" w:sz="4" w:space="0" w:color="BFC5CC"/>
          <w:right w:val="single" w:sz="4" w:space="0" w:color="BFC5CC"/>
          <w:insideH w:val="single" w:sz="4" w:space="0" w:color="BFC5CC"/>
          <w:insideV w:val="single" w:sz="4" w:space="0" w:color="BFC5CC"/>
        </w:tblBorders>
      </w:tblPr>
      <w:tblGrid>
        <w:gridCol w:w="3500"/>
        <w:gridCol w:w="7272"/>
      </w:tblGrid>
      <w:tr>
        <w:trPr>
          <w:cantSplit/>
          <w:trHeight w:val="440" w:hRule="atLeast"/>
        </w:trPr>
        <w:tc>
          <w:tcPr>
            <w:tcW w:type="dxa" w:w="3500"/>
            <w:shd w:val="clear" w:color="auto" w:fill="ECEEF1"/>
            <w:vAlign w:val="center"/>
            <w:tcMar>
              <w:top w:w="40" w:type="dxa"/>
              <w:bottom w:w="40" w:type="dxa"/>
              <w:start w:w="120" w:type="dxa"/>
              <w:end w:w="90" w:type="dxa"/>
              <w:left w:w="120" w:type="dxa"/>
              <w:right w:w="90" w:type="dxa"/>
            </w:tcMar>
          </w:tcPr>
          <w:p>
            <w:r/>
            <w:r>
              <w:rPr>
                <w:rFonts w:ascii="Arial" w:hAnsi="Arial" w:cs="Arial"/>
                <w:b/>
                <w:i w:val="0"/>
                <w:color w:val="1A1D22"/>
                <w:sz w:val="19"/>
              </w:rPr>
              <w:t>Полное название команды</w:t>
            </w:r>
          </w:p>
          <w:p>
            <w:pPr>
              <w:spacing w:before="0" w:after="0"/>
            </w:pPr>
            <w:r>
              <w:rPr>
                <w:rFonts w:ascii="Arial" w:hAnsi="Arial" w:cs="Arial"/>
                <w:b w:val="0"/>
                <w:i/>
                <w:color w:val="5A616B"/>
                <w:sz w:val="15"/>
              </w:rPr>
              <w:t>без сокращений, с аббревиатурами и кавычками</w:t>
            </w:r>
          </w:p>
        </w:tc>
        <w:tc>
          <w:tcPr>
            <w:tcW w:type="dxa" w:w="7272"/>
            <w:vAlign w:val="center"/>
            <w:tcMar>
              <w:top w:w="40" w:type="dxa"/>
              <w:bottom w:w="40" w:type="dxa"/>
              <w:start w:w="120" w:type="dxa"/>
              <w:end w:w="90" w:type="dxa"/>
              <w:left w:w="120" w:type="dxa"/>
              <w:right w:w="90" w:type="dxa"/>
            </w:tcMar>
          </w:tcPr>
          <w:p>
            <w:r/>
          </w:p>
        </w:tc>
      </w:tr>
      <w:tr>
        <w:trPr>
          <w:cantSplit/>
          <w:trHeight w:val="440" w:hRule="atLeast"/>
        </w:trPr>
        <w:tc>
          <w:tcPr>
            <w:tcW w:type="dxa" w:w="3500"/>
            <w:shd w:val="clear" w:color="auto" w:fill="ECEEF1"/>
            <w:vAlign w:val="center"/>
            <w:tcMar>
              <w:top w:w="40" w:type="dxa"/>
              <w:bottom w:w="40" w:type="dxa"/>
              <w:start w:w="120" w:type="dxa"/>
              <w:end w:w="90" w:type="dxa"/>
              <w:left w:w="120" w:type="dxa"/>
              <w:right w:w="90" w:type="dxa"/>
            </w:tcMar>
          </w:tcPr>
          <w:p>
            <w:r/>
            <w:r>
              <w:rPr>
                <w:rFonts w:ascii="Arial" w:hAnsi="Arial" w:cs="Arial"/>
                <w:b/>
                <w:i w:val="0"/>
                <w:color w:val="1A1D22"/>
                <w:sz w:val="19"/>
              </w:rPr>
              <w:t>Дивизион</w:t>
            </w:r>
          </w:p>
        </w:tc>
        <w:tc>
          <w:tcPr>
            <w:tcW w:type="dxa" w:w="7272"/>
            <w:vAlign w:val="center"/>
            <w:tcMar>
              <w:top w:w="40" w:type="dxa"/>
              <w:bottom w:w="40" w:type="dxa"/>
              <w:start w:w="120" w:type="dxa"/>
              <w:end w:w="90" w:type="dxa"/>
              <w:left w:w="120" w:type="dxa"/>
              <w:right w:w="90" w:type="dxa"/>
            </w:tcMar>
          </w:tcPr>
          <w:p>
            <w:r/>
          </w:p>
        </w:tc>
      </w:tr>
      <w:tr>
        <w:trPr>
          <w:cantSplit/>
          <w:trHeight w:val="440" w:hRule="atLeast"/>
        </w:trPr>
        <w:tc>
          <w:tcPr>
            <w:tcW w:type="dxa" w:w="3500"/>
            <w:shd w:val="clear" w:color="auto" w:fill="ECEEF1"/>
            <w:vAlign w:val="center"/>
            <w:tcMar>
              <w:top w:w="40" w:type="dxa"/>
              <w:bottom w:w="40" w:type="dxa"/>
              <w:start w:w="120" w:type="dxa"/>
              <w:end w:w="90" w:type="dxa"/>
              <w:left w:w="120" w:type="dxa"/>
              <w:right w:w="90" w:type="dxa"/>
            </w:tcMar>
          </w:tcPr>
          <w:p>
            <w:r/>
            <w:r>
              <w:rPr>
                <w:rFonts w:ascii="Arial" w:hAnsi="Arial" w:cs="Arial"/>
                <w:b/>
                <w:i w:val="0"/>
                <w:color w:val="1A1D22"/>
                <w:sz w:val="19"/>
              </w:rPr>
              <w:t>Местоположение</w:t>
            </w:r>
          </w:p>
          <w:p>
            <w:pPr>
              <w:spacing w:before="0" w:after="0"/>
            </w:pPr>
            <w:r>
              <w:rPr>
                <w:rFonts w:ascii="Arial" w:hAnsi="Arial" w:cs="Arial"/>
                <w:b w:val="0"/>
                <w:i/>
                <w:color w:val="5A616B"/>
                <w:sz w:val="15"/>
              </w:rPr>
              <w:t>город, регион</w:t>
            </w:r>
          </w:p>
        </w:tc>
        <w:tc>
          <w:tcPr>
            <w:tcW w:type="dxa" w:w="7272"/>
            <w:vAlign w:val="center"/>
            <w:tcMar>
              <w:top w:w="40" w:type="dxa"/>
              <w:bottom w:w="40" w:type="dxa"/>
              <w:start w:w="120" w:type="dxa"/>
              <w:end w:w="90" w:type="dxa"/>
              <w:left w:w="120" w:type="dxa"/>
              <w:right w:w="90" w:type="dxa"/>
            </w:tcMar>
          </w:tcPr>
          <w:p>
            <w:r/>
          </w:p>
        </w:tc>
      </w:tr>
      <w:tr>
        <w:trPr>
          <w:cantSplit/>
          <w:trHeight w:val="440" w:hRule="atLeast"/>
        </w:trPr>
        <w:tc>
          <w:tcPr>
            <w:tcW w:type="dxa" w:w="3500"/>
            <w:shd w:val="clear" w:color="auto" w:fill="ECEEF1"/>
            <w:vAlign w:val="center"/>
            <w:tcMar>
              <w:top w:w="40" w:type="dxa"/>
              <w:bottom w:w="40" w:type="dxa"/>
              <w:start w:w="120" w:type="dxa"/>
              <w:end w:w="90" w:type="dxa"/>
              <w:left w:w="120" w:type="dxa"/>
              <w:right w:w="90" w:type="dxa"/>
            </w:tcMar>
          </w:tcPr>
          <w:p>
            <w:r/>
            <w:r>
              <w:rPr>
                <w:rFonts w:ascii="Arial" w:hAnsi="Arial" w:cs="Arial"/>
                <w:b/>
                <w:i w:val="0"/>
                <w:color w:val="1A1D22"/>
                <w:sz w:val="19"/>
              </w:rPr>
              <w:t>Год основания</w:t>
            </w:r>
          </w:p>
        </w:tc>
        <w:tc>
          <w:tcPr>
            <w:tcW w:type="dxa" w:w="7272"/>
            <w:vAlign w:val="center"/>
            <w:tcMar>
              <w:top w:w="40" w:type="dxa"/>
              <w:bottom w:w="40" w:type="dxa"/>
              <w:start w:w="120" w:type="dxa"/>
              <w:end w:w="90" w:type="dxa"/>
              <w:left w:w="120" w:type="dxa"/>
              <w:right w:w="90" w:type="dxa"/>
            </w:tcMar>
          </w:tcPr>
          <w:p>
            <w:r/>
          </w:p>
        </w:tc>
      </w:tr>
      <w:tr>
        <w:trPr>
          <w:cantSplit/>
          <w:trHeight w:val="440" w:hRule="atLeast"/>
        </w:trPr>
        <w:tc>
          <w:tcPr>
            <w:tcW w:type="dxa" w:w="3500"/>
            <w:shd w:val="clear" w:color="auto" w:fill="ECEEF1"/>
            <w:vAlign w:val="center"/>
            <w:tcMar>
              <w:top w:w="40" w:type="dxa"/>
              <w:bottom w:w="40" w:type="dxa"/>
              <w:start w:w="120" w:type="dxa"/>
              <w:end w:w="90" w:type="dxa"/>
              <w:left w:w="120" w:type="dxa"/>
              <w:right w:w="90" w:type="dxa"/>
            </w:tcMar>
          </w:tcPr>
          <w:p>
            <w:r/>
            <w:r>
              <w:rPr>
                <w:rFonts w:ascii="Arial" w:hAnsi="Arial" w:cs="Arial"/>
                <w:b/>
                <w:i w:val="0"/>
                <w:color w:val="1A1D22"/>
                <w:sz w:val="19"/>
              </w:rPr>
              <w:t>E-mail команды</w:t>
            </w:r>
          </w:p>
        </w:tc>
        <w:tc>
          <w:tcPr>
            <w:tcW w:type="dxa" w:w="7272"/>
            <w:vAlign w:val="center"/>
            <w:tcMar>
              <w:top w:w="40" w:type="dxa"/>
              <w:bottom w:w="40" w:type="dxa"/>
              <w:start w:w="120" w:type="dxa"/>
              <w:end w:w="90" w:type="dxa"/>
              <w:left w:w="120" w:type="dxa"/>
              <w:right w:w="90" w:type="dxa"/>
            </w:tcMar>
          </w:tcPr>
          <w:p>
            <w:r/>
          </w:p>
        </w:tc>
      </w:tr>
    </w:tbl>
    <w:p>
      <w:pPr>
        <w:spacing w:before="0" w:after="0"/>
      </w:pPr>
      <w:r>
        <w:rPr>
          <w:rFonts w:ascii="Arial" w:hAnsi="Arial" w:cs="Arial"/>
          <w:b w:val="0"/>
          <w:i w:val="0"/>
          <w:color w:val="1A1D22"/>
          <w:sz w:val="10"/>
        </w:rPr>
      </w:r>
    </w:p>
    <w:tbl>
      <w:tblPr>
        <w:tblW w:type="auto" w:w="0"/>
        <w:tblLook w:firstColumn="1" w:firstRow="1" w:lastColumn="0" w:lastRow="0" w:noHBand="0" w:noVBand="1" w:val="04A0"/>
        <w:tblLayout w:type="fixed"/>
      </w:tblPr>
      <w:tblGrid>
        <w:gridCol w:w="10772"/>
      </w:tblGrid>
      <w:tr>
        <w:tc>
          <w:tcPr>
            <w:tcW w:type="dxa" w:w="10772"/>
            <w:shd w:val="clear" w:color="auto" w:fill="23272E"/>
            <w:vAlign w:val="center"/>
            <w:tcMar>
              <w:top w:w="45" w:type="dxa"/>
              <w:bottom w:w="45" w:type="dxa"/>
              <w:start w:w="150" w:type="dxa"/>
              <w:end w:w="80" w:type="dxa"/>
              <w:left w:w="150" w:type="dxa"/>
              <w:right w:w="80" w:type="dxa"/>
            </w:tcMar>
            <w:tcBorders>
              <w:left w:val="single" w:sz="40" w:color="C8102E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23"/>
                <w:caps w:val="1"/>
                <w:spacing w:val="20"/>
              </w:rPr>
              <w:t>Заявка команды  ·  состав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Layout w:type="fixed"/>
        <w:tblBorders>
          <w:top w:val="single" w:sz="4" w:space="0" w:color="BFC5CC"/>
          <w:left w:val="single" w:sz="4" w:space="0" w:color="BFC5CC"/>
          <w:bottom w:val="single" w:sz="4" w:space="0" w:color="BFC5CC"/>
          <w:right w:val="single" w:sz="4" w:space="0" w:color="BFC5CC"/>
          <w:insideH w:val="single" w:sz="4" w:space="0" w:color="BFC5CC"/>
          <w:insideV w:val="single" w:sz="4" w:space="0" w:color="BFC5CC"/>
        </w:tblBorders>
      </w:tblPr>
      <w:tblGrid>
        <w:gridCol w:w="520"/>
        <w:gridCol w:w="2440"/>
        <w:gridCol w:w="1210"/>
        <w:gridCol w:w="1080"/>
        <w:gridCol w:w="700"/>
        <w:gridCol w:w="700"/>
        <w:gridCol w:w="980"/>
        <w:gridCol w:w="900"/>
        <w:gridCol w:w="640"/>
        <w:gridCol w:w="1602"/>
      </w:tblGrid>
      <w:tr>
        <w:trPr>
          <w:cantSplit/>
          <w:tblHeader/>
          <w:trHeight w:val="900" w:hRule="atLeast"/>
        </w:trPr>
        <w:tc>
          <w:tcPr>
            <w:tcW w:type="dxa" w:w="520"/>
            <w:shd w:val="clear" w:color="auto" w:fill="23272E"/>
            <w:vAlign w:val="center"/>
            <w:tcMar>
              <w:top w:w="30" w:type="dxa"/>
              <w:bottom w:w="30" w:type="dxa"/>
              <w:start w:w="40" w:type="dxa"/>
              <w:end w:w="40" w:type="dxa"/>
              <w:left w:w="40" w:type="dxa"/>
              <w:right w:w="4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7"/>
              </w:rPr>
              <w:t>№</w:t>
            </w:r>
          </w:p>
        </w:tc>
        <w:tc>
          <w:tcPr>
            <w:tcW w:type="dxa" w:w="2440"/>
            <w:shd w:val="clear" w:color="auto" w:fill="23272E"/>
            <w:vAlign w:val="center"/>
            <w:tcMar>
              <w:top w:w="30" w:type="dxa"/>
              <w:bottom w:w="30" w:type="dxa"/>
              <w:start w:w="40" w:type="dxa"/>
              <w:end w:w="40" w:type="dxa"/>
              <w:left w:w="40" w:type="dxa"/>
              <w:right w:w="4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7"/>
              </w:rPr>
              <w:t>Ф.И.О.</w:t>
            </w:r>
          </w:p>
        </w:tc>
        <w:tc>
          <w:tcPr>
            <w:tcW w:type="dxa" w:w="1210"/>
            <w:shd w:val="clear" w:color="auto" w:fill="23272E"/>
            <w:vAlign w:val="center"/>
            <w:tcMar>
              <w:top w:w="30" w:type="dxa"/>
              <w:bottom w:w="30" w:type="dxa"/>
              <w:start w:w="40" w:type="dxa"/>
              <w:end w:w="40" w:type="dxa"/>
              <w:left w:w="40" w:type="dxa"/>
              <w:right w:w="4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7"/>
              </w:rPr>
              <w:t>Дата</w:t>
            </w:r>
          </w:p>
          <w:p>
            <w:pPr>
              <w:spacing w:after="0" w:before="0"/>
              <w:jc w:val="center"/>
            </w:pPr>
            <w:r>
              <w:rPr>
                <w:rFonts w:ascii="Arial" w:hAnsi="Arial" w:cs="Arial"/>
                <w:b/>
                <w:i w:val="0"/>
                <w:color w:val="FFFFFF"/>
                <w:sz w:val="17"/>
              </w:rPr>
              <w:t>рождения</w:t>
            </w:r>
          </w:p>
        </w:tc>
        <w:tc>
          <w:tcPr>
            <w:tcW w:type="dxa" w:w="1080"/>
            <w:shd w:val="clear" w:color="auto" w:fill="23272E"/>
            <w:vAlign w:val="center"/>
            <w:tcMar>
              <w:top w:w="30" w:type="dxa"/>
              <w:bottom w:w="30" w:type="dxa"/>
              <w:start w:w="40" w:type="dxa"/>
              <w:end w:w="40" w:type="dxa"/>
              <w:left w:w="40" w:type="dxa"/>
              <w:right w:w="4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7"/>
              </w:rPr>
              <w:t>Амплуа</w:t>
            </w:r>
          </w:p>
          <w:p>
            <w:pPr>
              <w:spacing w:after="0" w:before="0"/>
              <w:jc w:val="center"/>
            </w:pPr>
            <w:r>
              <w:rPr>
                <w:rFonts w:ascii="Arial" w:hAnsi="Arial" w:cs="Arial"/>
                <w:b w:val="0"/>
                <w:i/>
                <w:color w:val="C9CDD3"/>
                <w:sz w:val="13"/>
              </w:rPr>
              <w:t>Вр · Зщ · Нп</w:t>
            </w:r>
          </w:p>
        </w:tc>
        <w:tc>
          <w:tcPr>
            <w:tcW w:type="dxa" w:w="700"/>
            <w:shd w:val="clear" w:color="auto" w:fill="23272E"/>
            <w:vAlign w:val="center"/>
            <w:tcMar>
              <w:top w:w="30" w:type="dxa"/>
              <w:bottom w:w="30" w:type="dxa"/>
              <w:start w:w="40" w:type="dxa"/>
              <w:end w:w="40" w:type="dxa"/>
              <w:left w:w="40" w:type="dxa"/>
              <w:right w:w="4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7"/>
              </w:rPr>
              <w:t>Рост,</w:t>
            </w:r>
          </w:p>
          <w:p>
            <w:pPr>
              <w:spacing w:after="0" w:before="0"/>
              <w:jc w:val="center"/>
            </w:pPr>
            <w:r>
              <w:rPr>
                <w:rFonts w:ascii="Arial" w:hAnsi="Arial" w:cs="Arial"/>
                <w:b/>
                <w:i w:val="0"/>
                <w:color w:val="FFFFFF"/>
                <w:sz w:val="17"/>
              </w:rPr>
              <w:t>см</w:t>
            </w:r>
          </w:p>
        </w:tc>
        <w:tc>
          <w:tcPr>
            <w:tcW w:type="dxa" w:w="700"/>
            <w:shd w:val="clear" w:color="auto" w:fill="23272E"/>
            <w:vAlign w:val="center"/>
            <w:tcMar>
              <w:top w:w="30" w:type="dxa"/>
              <w:bottom w:w="30" w:type="dxa"/>
              <w:start w:w="40" w:type="dxa"/>
              <w:end w:w="40" w:type="dxa"/>
              <w:left w:w="40" w:type="dxa"/>
              <w:right w:w="4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7"/>
              </w:rPr>
              <w:t>Вес,</w:t>
            </w:r>
          </w:p>
          <w:p>
            <w:pPr>
              <w:spacing w:after="0" w:before="0"/>
              <w:jc w:val="center"/>
            </w:pPr>
            <w:r>
              <w:rPr>
                <w:rFonts w:ascii="Arial" w:hAnsi="Arial" w:cs="Arial"/>
                <w:b/>
                <w:i w:val="0"/>
                <w:color w:val="FFFFFF"/>
                <w:sz w:val="17"/>
              </w:rPr>
              <w:t>кг</w:t>
            </w:r>
          </w:p>
        </w:tc>
        <w:tc>
          <w:tcPr>
            <w:tcW w:type="dxa" w:w="980"/>
            <w:shd w:val="clear" w:color="auto" w:fill="23272E"/>
            <w:vAlign w:val="center"/>
            <w:tcMar>
              <w:top w:w="30" w:type="dxa"/>
              <w:bottom w:w="30" w:type="dxa"/>
              <w:start w:w="40" w:type="dxa"/>
              <w:end w:w="40" w:type="dxa"/>
              <w:left w:w="40" w:type="dxa"/>
              <w:right w:w="4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7"/>
              </w:rPr>
              <w:t>Игровой</w:t>
            </w:r>
          </w:p>
          <w:p>
            <w:pPr>
              <w:spacing w:after="0" w:before="0"/>
              <w:jc w:val="center"/>
            </w:pPr>
            <w:r>
              <w:rPr>
                <w:rFonts w:ascii="Arial" w:hAnsi="Arial" w:cs="Arial"/>
                <w:b/>
                <w:i w:val="0"/>
                <w:color w:val="FFFFFF"/>
                <w:sz w:val="17"/>
              </w:rPr>
              <w:t>№</w:t>
            </w:r>
          </w:p>
        </w:tc>
        <w:tc>
          <w:tcPr>
            <w:tcW w:type="dxa" w:w="900"/>
            <w:shd w:val="clear" w:color="auto" w:fill="23272E"/>
            <w:vAlign w:val="center"/>
            <w:tcMar>
              <w:top w:w="30" w:type="dxa"/>
              <w:bottom w:w="30" w:type="dxa"/>
              <w:start w:w="40" w:type="dxa"/>
              <w:end w:w="40" w:type="dxa"/>
              <w:left w:w="40" w:type="dxa"/>
              <w:right w:w="4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7"/>
              </w:rPr>
              <w:t>Статус</w:t>
            </w:r>
          </w:p>
          <w:p>
            <w:pPr>
              <w:spacing w:after="0" w:before="0"/>
              <w:jc w:val="center"/>
            </w:pPr>
            <w:r>
              <w:rPr>
                <w:rFonts w:ascii="Arial" w:hAnsi="Arial" w:cs="Arial"/>
                <w:b w:val="0"/>
                <w:i/>
                <w:color w:val="C9CDD3"/>
                <w:sz w:val="13"/>
              </w:rPr>
              <w:t>* ** ***</w:t>
            </w:r>
          </w:p>
        </w:tc>
        <w:tc>
          <w:tcPr>
            <w:tcW w:type="dxa" w:w="640"/>
            <w:shd w:val="clear" w:color="auto" w:fill="23272E"/>
            <w:vAlign w:val="center"/>
            <w:tcMar>
              <w:top w:w="30" w:type="dxa"/>
              <w:bottom w:w="30" w:type="dxa"/>
              <w:start w:w="40" w:type="dxa"/>
              <w:end w:w="40" w:type="dxa"/>
              <w:left w:w="40" w:type="dxa"/>
              <w:right w:w="40" w:type="dxa"/>
            </w:tcMar>
            <w:textDirection w:val="btL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6"/>
              </w:rPr>
              <w:t>R-hockey</w:t>
            </w:r>
          </w:p>
        </w:tc>
        <w:tc>
          <w:tcPr>
            <w:tcW w:type="dxa" w:w="1602"/>
            <w:shd w:val="clear" w:color="auto" w:fill="23272E"/>
            <w:vAlign w:val="center"/>
            <w:tcMar>
              <w:top w:w="30" w:type="dxa"/>
              <w:bottom w:w="30" w:type="dxa"/>
              <w:start w:w="40" w:type="dxa"/>
              <w:end w:w="40" w:type="dxa"/>
              <w:left w:w="40" w:type="dxa"/>
              <w:right w:w="4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7"/>
              </w:rPr>
              <w:t>Любительские команды</w:t>
            </w:r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1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2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3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4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5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6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7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8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9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10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11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12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13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14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15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16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17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18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19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20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21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22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23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24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25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26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27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28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29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30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31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32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33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34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35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36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37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38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39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jc w:val="center"/>
            </w:pPr>
            <w:r/>
          </w:p>
        </w:tc>
      </w:tr>
      <w:tr>
        <w:trPr>
          <w:cantSplit/>
          <w:trHeight w:val="342" w:hRule="atLeast"/>
        </w:trPr>
        <w:tc>
          <w:tcPr>
            <w:tcW w:type="dxa" w:w="52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E6E8EB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40</w:t>
            </w:r>
          </w:p>
        </w:tc>
        <w:tc>
          <w:tcPr>
            <w:tcW w:type="dxa" w:w="24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21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0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7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8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90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640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  <w:tc>
          <w:tcPr>
            <w:tcW w:type="dxa" w:w="1602"/>
            <w:vAlign w:val="center"/>
            <w:tcMar>
              <w:top w:w="10" w:type="dxa"/>
              <w:bottom w:w="10" w:type="dxa"/>
              <w:start w:w="60" w:type="dxa"/>
              <w:end w:w="60" w:type="dxa"/>
              <w:left w:w="60" w:type="dxa"/>
              <w:right w:w="60" w:type="dxa"/>
            </w:tcMar>
            <w:shd w:val="clear" w:color="auto" w:fill="F5F6F8"/>
          </w:tcPr>
          <w:p>
            <w:pPr>
              <w:jc w:val="center"/>
            </w:pPr>
            <w:r/>
          </w:p>
        </w:tc>
      </w:tr>
    </w:tbl>
    <w:p>
      <w:pPr>
        <w:spacing w:before="60" w:after="0"/>
      </w:pPr>
      <w:r>
        <w:rPr>
          <w:rFonts w:ascii="Arial" w:hAnsi="Arial" w:cs="Arial"/>
          <w:b/>
          <w:i w:val="0"/>
          <w:color w:val="23272E"/>
          <w:sz w:val="16"/>
        </w:rPr>
        <w:t xml:space="preserve">Амплуа:  </w:t>
      </w:r>
      <w:r>
        <w:rPr>
          <w:rFonts w:ascii="Arial" w:hAnsi="Arial" w:cs="Arial"/>
          <w:b w:val="0"/>
          <w:i/>
          <w:color w:val="5A616B"/>
          <w:sz w:val="16"/>
        </w:rPr>
        <w:t>Вр — вратарь · Зщ — защитник · Нп — нападающий.</w:t>
      </w:r>
    </w:p>
    <w:p>
      <w:pPr>
        <w:spacing w:before="0" w:after="0"/>
      </w:pPr>
      <w:r>
        <w:rPr>
          <w:rFonts w:ascii="Arial" w:hAnsi="Arial" w:cs="Arial"/>
          <w:b w:val="0"/>
          <w:i w:val="0"/>
          <w:color w:val="1A1D22"/>
          <w:sz w:val="6"/>
        </w:rPr>
      </w:r>
    </w:p>
    <w:tbl>
      <w:tblPr>
        <w:tblW w:type="auto" w:w="0"/>
        <w:tblLook w:firstColumn="1" w:firstRow="1" w:lastColumn="0" w:lastRow="0" w:noHBand="0" w:noVBand="1" w:val="04A0"/>
        <w:tblLayout w:type="fixed"/>
      </w:tblPr>
      <w:tblGrid>
        <w:gridCol w:w="5200"/>
        <w:gridCol w:w="5572"/>
      </w:tblGrid>
      <w:tr>
        <w:tc>
          <w:tcPr>
            <w:tcW w:type="dxa" w:w="5200"/>
            <w:vAlign w:val="center"/>
            <w:tcMar>
              <w:top w:w="20" w:type="dxa"/>
              <w:bottom w:w="20" w:type="dxa"/>
              <w:start w:w="0" w:type="dxa"/>
              <w:end w:w="40" w:type="dxa"/>
              <w:left w:w="0" w:type="dxa"/>
              <w:right w:w="40" w:type="dxa"/>
            </w:tcMar>
          </w:tcPr>
          <w:p>
            <w:r/>
            <w:r>
              <w:rPr>
                <w:rFonts w:ascii="Arial" w:hAnsi="Arial" w:cs="Arial"/>
                <w:b/>
                <w:i w:val="0"/>
                <w:color w:val="1A1D22"/>
                <w:sz w:val="19"/>
              </w:rPr>
              <w:t xml:space="preserve">Всего допущено к соревнованиям:  </w:t>
            </w:r>
            <w:r>
              <w:rPr>
                <w:rFonts w:ascii="Arial" w:hAnsi="Arial" w:cs="Arial"/>
                <w:b w:val="0"/>
                <w:i w:val="0"/>
                <w:color w:val="1A1D22"/>
                <w:sz w:val="19"/>
              </w:rPr>
              <w:t>_______  игроков</w:t>
            </w:r>
          </w:p>
        </w:tc>
        <w:tc>
          <w:tcPr>
            <w:tcW w:type="dxa" w:w="5572"/>
            <w:vAlign w:val="center"/>
            <w:tcMar>
              <w:top w:w="20" w:type="dxa"/>
              <w:bottom w:w="20" w:type="dxa"/>
              <w:start w:w="40" w:type="dxa"/>
              <w:end w:w="0" w:type="dxa"/>
              <w:left w:w="40" w:type="dxa"/>
              <w:right w:w="0" w:type="dxa"/>
            </w:tcMar>
          </w:tcPr>
          <w:p>
            <w:pPr>
              <w:jc w:val="right"/>
            </w:pPr>
            <w:r/>
            <w:r>
              <w:rPr>
                <w:rFonts w:ascii="Arial" w:hAnsi="Arial" w:cs="Arial"/>
                <w:b w:val="0"/>
                <w:i w:val="0"/>
                <w:color w:val="1A1D22"/>
                <w:sz w:val="18"/>
              </w:rPr>
              <w:t>М.П.   ________________  /  подпись и печать врача</w:t>
            </w:r>
          </w:p>
        </w:tc>
      </w:tr>
    </w:tbl>
    <w:p>
      <w:pPr>
        <w:spacing w:before="0" w:after="0"/>
      </w:pPr>
      <w:r>
        <w:rPr>
          <w:rFonts w:ascii="Arial" w:hAnsi="Arial" w:cs="Arial"/>
          <w:b w:val="0"/>
          <w:i w:val="0"/>
          <w:color w:val="1A1D22"/>
          <w:sz w:val="10"/>
        </w:rPr>
      </w:r>
    </w:p>
    <w:tbl>
      <w:tblPr>
        <w:tblW w:type="auto" w:w="0"/>
        <w:tblLook w:firstColumn="1" w:firstRow="1" w:lastColumn="0" w:lastRow="0" w:noHBand="0" w:noVBand="1" w:val="04A0"/>
        <w:tblLayout w:type="fixed"/>
      </w:tblPr>
      <w:tblGrid>
        <w:gridCol w:w="10772"/>
      </w:tblGrid>
      <w:tr>
        <w:tc>
          <w:tcPr>
            <w:tcW w:type="dxa" w:w="10772"/>
            <w:shd w:val="clear" w:color="auto" w:fill="23272E"/>
            <w:vAlign w:val="center"/>
            <w:tcMar>
              <w:top w:w="45" w:type="dxa"/>
              <w:bottom w:w="45" w:type="dxa"/>
              <w:start w:w="150" w:type="dxa"/>
              <w:end w:w="80" w:type="dxa"/>
              <w:left w:w="150" w:type="dxa"/>
              <w:right w:w="80" w:type="dxa"/>
            </w:tcMar>
            <w:tcBorders>
              <w:left w:val="single" w:sz="40" w:color="C8102E"/>
            </w:tcBorders>
          </w:tcPr>
          <w:p>
            <w:pPr>
              <w:spacing w:after="0"/>
              <w:jc w:val="left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23"/>
                <w:caps w:val="1"/>
                <w:spacing w:val="20"/>
              </w:rPr>
              <w:t>Руководящий состав команды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Layout w:type="fixed"/>
        <w:tblBorders>
          <w:top w:val="single" w:sz="4" w:space="0" w:color="BFC5CC"/>
          <w:left w:val="single" w:sz="4" w:space="0" w:color="BFC5CC"/>
          <w:bottom w:val="single" w:sz="4" w:space="0" w:color="BFC5CC"/>
          <w:right w:val="single" w:sz="4" w:space="0" w:color="BFC5CC"/>
          <w:insideH w:val="single" w:sz="4" w:space="0" w:color="BFC5CC"/>
          <w:insideV w:val="single" w:sz="4" w:space="0" w:color="BFC5CC"/>
        </w:tblBorders>
      </w:tblPr>
      <w:tblGrid>
        <w:gridCol w:w="560"/>
        <w:gridCol w:w="3600"/>
        <w:gridCol w:w="2400"/>
        <w:gridCol w:w="2112"/>
        <w:gridCol w:w="2100"/>
      </w:tblGrid>
      <w:tr>
        <w:trPr>
          <w:cantSplit/>
          <w:tblHeader/>
          <w:trHeight w:val="420" w:hRule="atLeast"/>
        </w:trPr>
        <w:tc>
          <w:tcPr>
            <w:tcW w:type="dxa" w:w="560"/>
            <w:shd w:val="clear" w:color="auto" w:fill="23272E"/>
            <w:vAlign w:val="center"/>
            <w:tcMar>
              <w:top w:w="30" w:type="dxa"/>
              <w:bottom w:w="3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8"/>
              </w:rPr>
              <w:t>№</w:t>
            </w:r>
          </w:p>
        </w:tc>
        <w:tc>
          <w:tcPr>
            <w:tcW w:type="dxa" w:w="3600"/>
            <w:shd w:val="clear" w:color="auto" w:fill="23272E"/>
            <w:vAlign w:val="center"/>
            <w:tcMar>
              <w:top w:w="30" w:type="dxa"/>
              <w:bottom w:w="3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8"/>
              </w:rPr>
              <w:t>Фамилия, Имя, Отчество</w:t>
            </w:r>
          </w:p>
        </w:tc>
        <w:tc>
          <w:tcPr>
            <w:tcW w:type="dxa" w:w="2400"/>
            <w:shd w:val="clear" w:color="auto" w:fill="23272E"/>
            <w:vAlign w:val="center"/>
            <w:tcMar>
              <w:top w:w="30" w:type="dxa"/>
              <w:bottom w:w="3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8"/>
              </w:rPr>
              <w:t>Должность</w:t>
            </w:r>
          </w:p>
        </w:tc>
        <w:tc>
          <w:tcPr>
            <w:tcW w:type="dxa" w:w="2112"/>
            <w:shd w:val="clear" w:color="auto" w:fill="23272E"/>
            <w:vAlign w:val="center"/>
            <w:tcMar>
              <w:top w:w="30" w:type="dxa"/>
              <w:bottom w:w="3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8"/>
              </w:rPr>
              <w:t>Контактный телефон</w:t>
            </w:r>
          </w:p>
        </w:tc>
        <w:tc>
          <w:tcPr>
            <w:tcW w:type="dxa" w:w="2100"/>
            <w:shd w:val="clear" w:color="auto" w:fill="23272E"/>
            <w:vAlign w:val="center"/>
            <w:tcMar>
              <w:top w:w="30" w:type="dxa"/>
              <w:bottom w:w="30" w:type="dxa"/>
              <w:start w:w="60" w:type="dxa"/>
              <w:end w:w="60" w:type="dxa"/>
              <w:left w:w="60" w:type="dxa"/>
              <w:right w:w="6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8"/>
              </w:rPr>
              <w:t>E-mail</w:t>
            </w:r>
          </w:p>
        </w:tc>
      </w:tr>
      <w:tr>
        <w:trPr>
          <w:cantSplit/>
          <w:trHeight w:val="424" w:hRule="atLeast"/>
        </w:trPr>
        <w:tc>
          <w:tcPr>
            <w:tcW w:type="dxa" w:w="56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1</w:t>
            </w:r>
          </w:p>
        </w:tc>
        <w:tc>
          <w:tcPr>
            <w:tcW w:type="dxa" w:w="36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4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112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1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</w:tr>
      <w:tr>
        <w:trPr>
          <w:cantSplit/>
          <w:trHeight w:val="424" w:hRule="atLeast"/>
        </w:trPr>
        <w:tc>
          <w:tcPr>
            <w:tcW w:type="dxa" w:w="56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2</w:t>
            </w:r>
          </w:p>
        </w:tc>
        <w:tc>
          <w:tcPr>
            <w:tcW w:type="dxa" w:w="36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4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112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1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</w:tr>
      <w:tr>
        <w:trPr>
          <w:cantSplit/>
          <w:trHeight w:val="424" w:hRule="atLeast"/>
        </w:trPr>
        <w:tc>
          <w:tcPr>
            <w:tcW w:type="dxa" w:w="56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3</w:t>
            </w:r>
          </w:p>
        </w:tc>
        <w:tc>
          <w:tcPr>
            <w:tcW w:type="dxa" w:w="36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4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112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1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</w:tr>
      <w:tr>
        <w:trPr>
          <w:cantSplit/>
          <w:trHeight w:val="424" w:hRule="atLeast"/>
        </w:trPr>
        <w:tc>
          <w:tcPr>
            <w:tcW w:type="dxa" w:w="56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4</w:t>
            </w:r>
          </w:p>
        </w:tc>
        <w:tc>
          <w:tcPr>
            <w:tcW w:type="dxa" w:w="36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4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112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1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</w:tr>
      <w:tr>
        <w:trPr>
          <w:cantSplit/>
          <w:trHeight w:val="424" w:hRule="atLeast"/>
        </w:trPr>
        <w:tc>
          <w:tcPr>
            <w:tcW w:type="dxa" w:w="56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5</w:t>
            </w:r>
          </w:p>
        </w:tc>
        <w:tc>
          <w:tcPr>
            <w:tcW w:type="dxa" w:w="36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4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112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1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</w:tr>
      <w:tr>
        <w:trPr>
          <w:cantSplit/>
          <w:trHeight w:val="424" w:hRule="atLeast"/>
        </w:trPr>
        <w:tc>
          <w:tcPr>
            <w:tcW w:type="dxa" w:w="56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  <w:shd w:val="clear" w:color="auto" w:fill="ECEEF1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9"/>
              </w:rPr>
              <w:t>6</w:t>
            </w:r>
          </w:p>
        </w:tc>
        <w:tc>
          <w:tcPr>
            <w:tcW w:type="dxa" w:w="36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4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112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  <w:tc>
          <w:tcPr>
            <w:tcW w:type="dxa" w:w="2100"/>
            <w:vAlign w:val="center"/>
            <w:tcMar>
              <w:top w:w="15" w:type="dxa"/>
              <w:bottom w:w="15" w:type="dxa"/>
              <w:start w:w="80" w:type="dxa"/>
              <w:end w:w="80" w:type="dxa"/>
              <w:left w:w="80" w:type="dxa"/>
              <w:right w:w="80" w:type="dxa"/>
            </w:tcMar>
          </w:tcPr>
          <w:p>
            <w:r/>
          </w:p>
        </w:tc>
      </w:tr>
    </w:tbl>
    <w:p>
      <w:pPr>
        <w:spacing w:before="0" w:after="0"/>
      </w:pPr>
      <w:r>
        <w:rPr>
          <w:rFonts w:ascii="Arial" w:hAnsi="Arial" w:cs="Arial"/>
          <w:b w:val="0"/>
          <w:i w:val="0"/>
          <w:color w:val="1A1D22"/>
          <w:sz w:val="10"/>
        </w:rPr>
      </w:r>
    </w:p>
    <w:tbl>
      <w:tblPr>
        <w:tblW w:type="auto" w:w="0"/>
        <w:tblLook w:firstColumn="1" w:firstRow="1" w:lastColumn="0" w:lastRow="0" w:noHBand="0" w:noVBand="1" w:val="04A0"/>
        <w:tblLayout w:type="fixed"/>
        <w:tblBorders>
          <w:top w:val="single" w:sz="4" w:space="0" w:color="BFC5CC"/>
          <w:left w:val="single" w:sz="4" w:space="0" w:color="BFC5CC"/>
          <w:bottom w:val="single" w:sz="4" w:space="0" w:color="BFC5CC"/>
          <w:right w:val="single" w:sz="4" w:space="0" w:color="BFC5CC"/>
          <w:insideH w:val="single" w:sz="4" w:space="0" w:color="BFC5CC"/>
          <w:insideV w:val="single" w:sz="4" w:space="0" w:color="BFC5CC"/>
        </w:tblBorders>
      </w:tblPr>
      <w:tblGrid>
        <w:gridCol w:w="5386"/>
        <w:gridCol w:w="5386"/>
      </w:tblGrid>
      <w:tr>
        <w:tc>
          <w:tcPr>
            <w:tcW w:type="dxa" w:w="5386"/>
            <w:shd w:val="clear" w:color="auto" w:fill="F7F8FA"/>
            <w:vAlign w:val="center"/>
            <w:tcMar>
              <w:top w:w="70" w:type="dxa"/>
              <w:bottom w:w="70" w:type="dxa"/>
              <w:start w:w="140" w:type="dxa"/>
              <w:end w:w="100" w:type="dxa"/>
              <w:left w:w="140" w:type="dxa"/>
              <w:right w:w="100" w:type="dxa"/>
            </w:tcMar>
          </w:tcPr>
          <w:p>
            <w:r/>
            <w:r>
              <w:rPr>
                <w:rFonts w:ascii="Arial" w:hAnsi="Arial" w:cs="Arial"/>
                <w:b/>
                <w:i w:val="0"/>
                <w:color w:val="1A1D22"/>
                <w:sz w:val="19"/>
              </w:rPr>
              <w:t xml:space="preserve">Цвет формы · основной:   </w:t>
            </w:r>
            <w:r>
              <w:rPr>
                <w:rFonts w:ascii="Arial" w:hAnsi="Arial" w:cs="Arial"/>
                <w:b w:val="0"/>
                <w:i w:val="0"/>
                <w:color w:val="1A1D22"/>
                <w:sz w:val="19"/>
              </w:rPr>
              <w:t>________________________</w:t>
            </w:r>
          </w:p>
        </w:tc>
        <w:tc>
          <w:tcPr>
            <w:tcW w:type="dxa" w:w="5386"/>
            <w:shd w:val="clear" w:color="auto" w:fill="F7F8FA"/>
            <w:vAlign w:val="center"/>
            <w:tcMar>
              <w:top w:w="70" w:type="dxa"/>
              <w:bottom w:w="70" w:type="dxa"/>
              <w:start w:w="140" w:type="dxa"/>
              <w:end w:w="100" w:type="dxa"/>
              <w:left w:w="140" w:type="dxa"/>
              <w:right w:w="100" w:type="dxa"/>
            </w:tcMar>
          </w:tcPr>
          <w:p>
            <w:r/>
            <w:r>
              <w:rPr>
                <w:rFonts w:ascii="Arial" w:hAnsi="Arial" w:cs="Arial"/>
                <w:b/>
                <w:i w:val="0"/>
                <w:color w:val="1A1D22"/>
                <w:sz w:val="19"/>
              </w:rPr>
              <w:t xml:space="preserve">Цвет формы · запасной:   </w:t>
            </w:r>
            <w:r>
              <w:rPr>
                <w:rFonts w:ascii="Arial" w:hAnsi="Arial" w:cs="Arial"/>
                <w:b w:val="0"/>
                <w:i w:val="0"/>
                <w:color w:val="1A1D22"/>
                <w:sz w:val="19"/>
              </w:rPr>
              <w:t>________________________</w:t>
            </w:r>
          </w:p>
        </w:tc>
      </w:tr>
    </w:tbl>
    <w:p>
      <w:pPr>
        <w:spacing w:before="0" w:after="0"/>
      </w:pPr>
      <w:r>
        <w:rPr>
          <w:rFonts w:ascii="Arial" w:hAnsi="Arial" w:cs="Arial"/>
          <w:b w:val="0"/>
          <w:i w:val="0"/>
          <w:color w:val="1A1D22"/>
          <w:sz w:val="14"/>
        </w:rPr>
      </w:r>
    </w:p>
    <w:tbl>
      <w:tblPr>
        <w:tblW w:type="auto" w:w="0"/>
        <w:tblLook w:firstColumn="1" w:firstRow="1" w:lastColumn="0" w:lastRow="0" w:noHBand="0" w:noVBand="1" w:val="04A0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</w:tblPr>
      <w:tblGrid>
        <w:gridCol w:w="7050"/>
        <w:gridCol w:w="3722"/>
      </w:tblGrid>
      <w:tr>
        <w:trPr>
          <w:cantSplit/>
        </w:trPr>
        <w:tc>
          <w:tcPr>
            <w:tcW w:type="dxa" w:w="7050"/>
            <w:vAlign w:val="center"/>
            <w:tcMar>
              <w:top w:w="20" w:type="dxa"/>
              <w:bottom w:w="20" w:type="dxa"/>
              <w:start w:w="0" w:type="dxa"/>
              <w:end w:w="120" w:type="dxa"/>
              <w:left w:w="0" w:type="dxa"/>
              <w:right w:w="120" w:type="dxa"/>
            </w:tcMar>
          </w:tcPr>
          <w:p>
            <w:pPr>
              <w:spacing w:after="120"/>
            </w:pPr>
            <w:r/>
            <w:r>
              <w:rPr>
                <w:rFonts w:ascii="Arial" w:hAnsi="Arial" w:cs="Arial"/>
                <w:b/>
                <w:i w:val="0"/>
                <w:color w:val="1A1D22"/>
                <w:sz w:val="19"/>
              </w:rPr>
              <w:t>Руководитель (капитан) команды:</w:t>
            </w:r>
          </w:p>
          <w:p>
            <w:pPr>
              <w:spacing w:before="0" w:after="0"/>
            </w:pPr>
            <w:r>
              <w:rPr>
                <w:rFonts w:ascii="Arial" w:hAnsi="Arial" w:cs="Arial"/>
                <w:b w:val="0"/>
                <w:i w:val="0"/>
                <w:color w:val="1A1D22"/>
                <w:sz w:val="19"/>
              </w:rPr>
              <w:t>________________  /  _______________________ /</w:t>
            </w:r>
          </w:p>
          <w:p>
            <w:pPr>
              <w:spacing w:before="0" w:after="160"/>
            </w:pPr>
            <w:r>
              <w:rPr>
                <w:rFonts w:ascii="Arial" w:hAnsi="Arial" w:cs="Arial"/>
                <w:b w:val="0"/>
                <w:i/>
                <w:color w:val="5A616B"/>
                <w:sz w:val="15"/>
              </w:rPr>
              <w:t xml:space="preserve">        подпись                            расшифровка</w:t>
            </w:r>
          </w:p>
          <w:p>
            <w:pPr>
              <w:spacing w:before="0" w:after="0"/>
            </w:pPr>
            <w:r>
              <w:rPr>
                <w:rFonts w:ascii="Arial" w:hAnsi="Arial" w:cs="Arial"/>
                <w:b w:val="0"/>
                <w:i w:val="0"/>
                <w:color w:val="1A1D22"/>
                <w:sz w:val="19"/>
              </w:rPr>
              <w:t>Дата заполнения:   «____» ________________ 2026 г.</w:t>
            </w:r>
          </w:p>
        </w:tc>
        <w:tc>
          <w:tcPr>
            <w:tcW w:type="dxa" w:w="3722"/>
            <w:shd w:val="clear" w:color="auto" w:fill="ECEEF1"/>
            <w:tcMar>
              <w:top w:w="50" w:type="dxa"/>
              <w:bottom w:w="50" w:type="dxa"/>
              <w:start w:w="120" w:type="dxa"/>
              <w:end w:w="100" w:type="dxa"/>
              <w:left w:w="120" w:type="dxa"/>
              <w:right w:w="100" w:type="dxa"/>
            </w:tcMar>
            <w:tcBorders>
              <w:top w:val="single" w:sz="4" w:color="8A9099"/>
              <w:left w:val="single" w:sz="4" w:color="8A9099"/>
              <w:bottom w:val="single" w:sz="4" w:color="8A9099"/>
              <w:right w:val="single" w:sz="4" w:color="8A9099"/>
            </w:tcBorders>
          </w:tcPr>
          <w:p>
            <w:pPr>
              <w:spacing w:after="60"/>
            </w:pPr>
            <w:r/>
            <w:r>
              <w:rPr>
                <w:rFonts w:ascii="Arial" w:hAnsi="Arial" w:cs="Arial"/>
                <w:b/>
                <w:i w:val="0"/>
                <w:color w:val="5A616B"/>
                <w:sz w:val="15"/>
                <w:spacing w:val="20"/>
              </w:rPr>
              <w:t>ЗАПОЛНЯЕТСЯ ОРГКОМИТЕТОМ</w:t>
            </w:r>
          </w:p>
          <w:p>
            <w:pPr>
              <w:spacing w:after="80"/>
            </w:pPr>
            <w:r>
              <w:rPr>
                <w:rFonts w:ascii="Arial" w:hAnsi="Arial" w:cs="Arial"/>
                <w:b w:val="0"/>
                <w:i w:val="0"/>
                <w:color w:val="1A1D22"/>
                <w:sz w:val="18"/>
              </w:rPr>
              <w:t>Обработано:  ______________</w:t>
            </w:r>
          </w:p>
          <w:p>
            <w:pPr>
              <w:spacing w:after="0"/>
            </w:pPr>
            <w:r>
              <w:rPr>
                <w:rFonts w:ascii="Arial" w:hAnsi="Arial" w:cs="Arial"/>
                <w:b w:val="0"/>
                <w:i w:val="0"/>
                <w:color w:val="1A1D22"/>
                <w:sz w:val="18"/>
              </w:rPr>
              <w:t>Дата обработки:  ___________</w:t>
            </w:r>
          </w:p>
        </w:tc>
      </w:tr>
    </w:tbl>
    <w:sectPr w:rsidR="00FC693F" w:rsidRPr="0006063C" w:rsidSect="00034616">
      <w:footerReference w:type="default" r:id="rId10"/>
      <w:pgSz w:w="11906" w:h="16838"/>
      <w:pgMar w:top="560" w:right="567" w:bottom="560" w:left="567" w:header="340" w:footer="2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  <w:pBdr>
        <w:top w:val="single" w:sz="6" w:space="4" w:color="BFC5CC"/>
      </w:pBdr>
    </w:pPr>
    <w:r>
      <w:rPr>
        <w:rFonts w:ascii="Arial" w:hAnsi="Arial" w:cs="Arial"/>
        <w:b w:val="0"/>
        <w:i w:val="0"/>
        <w:color w:val="5A616B"/>
        <w:sz w:val="16"/>
      </w:rPr>
      <w:t>Региональная хоккейная лига · Нижний Новгород  ·  Сезон 2026–2027</w:t>
    </w:r>
    <w:r>
      <w:rPr>
        <w:rFonts w:ascii="Arial" w:hAnsi="Arial" w:cs="Arial"/>
        <w:b w:val="0"/>
        <w:i w:val="0"/>
        <w:color w:val="5A616B"/>
        <w:sz w:val="16"/>
      </w:rPr>
      <w:t xml:space="preserve">        стр. </w:t>
    </w:r>
    <w:r>
      <w:rPr>
        <w:rFonts w:ascii="Arial" w:hAnsi="Arial"/>
        <w:rFonts w:ascii="Arial" w:hAnsi="Arial"/>
        <w:color w:val="5A616B"/>
        <w:sz w:val="16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Arial" w:hAnsi="Arial" w:cs="Arial"/>
        <w:b w:val="0"/>
        <w:i w:val="0"/>
        <w:color w:val="5A616B"/>
        <w:sz w:val="16"/>
      </w:rPr>
      <w:t xml:space="preserve"> из </w:t>
    </w:r>
    <w:r>
      <w:rPr>
        <w:rFonts w:ascii="Arial" w:hAnsi="Arial"/>
        <w:rFonts w:ascii="Arial" w:hAnsi="Arial"/>
        <w:color w:val="5A616B"/>
        <w:sz w:val="16"/>
      </w:rPr>
      <w:fldChar w:fldCharType="begin"/>
      <w:instrText xml:space="preserve"> NUMPAGES </w:instrText>
      <w:fldChar w:fldCharType="separate"/>
      <w:t>2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cs="Arial" w:eastAsia="Arial"/>
      <w:color w:val="1A1D2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